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8"/>
        </w:rPr>
        <w:t>FIȘĂ CLIENT – MANICHIURĂ CU OJĂ SEMIPERMANENTĂ</w:t>
      </w:r>
    </w:p>
    <w:p/>
    <w:p>
      <w:pPr>
        <w:jc w:val="left"/>
      </w:pPr>
      <w:r>
        <w:rPr>
          <w:b/>
          <w:sz w:val="24"/>
        </w:rPr>
        <w:t>1. Date personale clientă:</w:t>
      </w:r>
    </w:p>
    <w:p>
      <w:r>
        <w:rPr>
          <w:i/>
          <w:sz w:val="22"/>
        </w:rPr>
        <w:t>Nume complet:</w:t>
      </w:r>
    </w:p>
    <w:p>
      <w:r>
        <w:t>__________________________________________________________________________________________</w:t>
      </w:r>
    </w:p>
    <w:p>
      <w:r>
        <w:rPr>
          <w:i/>
          <w:sz w:val="22"/>
        </w:rPr>
        <w:t>Număr de telefon:</w:t>
      </w:r>
    </w:p>
    <w:p>
      <w:r>
        <w:t>__________________________________________________________________________________________</w:t>
      </w:r>
    </w:p>
    <w:p>
      <w:r>
        <w:rPr>
          <w:i/>
          <w:sz w:val="22"/>
        </w:rPr>
        <w:t>Email:</w:t>
      </w:r>
    </w:p>
    <w:p>
      <w:r>
        <w:t>__________________________________________________________________________________________</w:t>
      </w:r>
    </w:p>
    <w:p>
      <w:r>
        <w:rPr>
          <w:i/>
          <w:sz w:val="22"/>
        </w:rPr>
        <w:t>Data nașterii:</w:t>
      </w:r>
    </w:p>
    <w:p>
      <w:r>
        <w:t>__________________________________________________________________________________________</w:t>
      </w:r>
    </w:p>
    <w:p>
      <w:pPr>
        <w:jc w:val="left"/>
      </w:pPr>
      <w:r>
        <w:rPr>
          <w:b/>
          <w:sz w:val="24"/>
        </w:rPr>
        <w:t>2. Istoric medical / Informații relevante:</w:t>
      </w:r>
    </w:p>
    <w:p>
      <w:r>
        <w:rPr>
          <w:i/>
          <w:sz w:val="22"/>
        </w:rPr>
        <w:t>Alergii cunoscute:</w:t>
      </w:r>
    </w:p>
    <w:p>
      <w:r>
        <w:t>__________________________________________________________________________________________</w:t>
      </w:r>
    </w:p>
    <w:p>
      <w:r>
        <w:rPr>
          <w:i/>
          <w:sz w:val="22"/>
        </w:rPr>
        <w:t>Afecțiuni dermatologice:</w:t>
      </w:r>
    </w:p>
    <w:p>
      <w:r>
        <w:t>__________________________________________________________________________________________</w:t>
      </w:r>
    </w:p>
    <w:p>
      <w:r>
        <w:rPr>
          <w:i/>
          <w:sz w:val="22"/>
        </w:rPr>
        <w:t>Este însărcinată sau alăptează? (Da/Nu):</w:t>
      </w:r>
    </w:p>
    <w:p>
      <w:r>
        <w:t>__________________________________________________________________________________________</w:t>
      </w:r>
    </w:p>
    <w:p>
      <w:r>
        <w:rPr>
          <w:i/>
          <w:sz w:val="22"/>
        </w:rPr>
        <w:t>Tratament medicamentos actual:</w:t>
      </w:r>
    </w:p>
    <w:p>
      <w:r>
        <w:t>__________________________________________________________________________________________</w:t>
      </w:r>
    </w:p>
    <w:p>
      <w:pPr>
        <w:jc w:val="left"/>
      </w:pPr>
      <w:r>
        <w:rPr>
          <w:b/>
          <w:sz w:val="24"/>
        </w:rPr>
        <w:t>3. Starea unghiilor la prima vizită:</w:t>
      </w:r>
    </w:p>
    <w:p>
      <w:r>
        <w:rPr>
          <w:i/>
          <w:sz w:val="22"/>
        </w:rPr>
        <w:t>Descriere generală (exfoliate, rupte, mușcate etc.):</w:t>
      </w:r>
    </w:p>
    <w:p>
      <w:r>
        <w:t>__________________________________________________________________________________________</w:t>
      </w:r>
    </w:p>
    <w:p>
      <w:r>
        <w:t>__________________________________________________________________________________________</w:t>
      </w:r>
    </w:p>
    <w:p>
      <w:r>
        <w:rPr>
          <w:i/>
          <w:sz w:val="22"/>
        </w:rPr>
        <w:t>Prezența onicomicozei (Da/Nu):</w:t>
      </w:r>
    </w:p>
    <w:p>
      <w:r>
        <w:t>__________________________________________________________________________________________</w:t>
      </w:r>
    </w:p>
    <w:p>
      <w:pPr>
        <w:jc w:val="left"/>
      </w:pPr>
      <w:r>
        <w:rPr>
          <w:b/>
          <w:sz w:val="24"/>
        </w:rPr>
        <w:t>4. Istoric înfrumusețare unghii:</w:t>
      </w:r>
    </w:p>
    <w:p>
      <w:r>
        <w:rPr>
          <w:i/>
          <w:sz w:val="22"/>
        </w:rPr>
        <w:t>A mai purtat ojă semipermanentă / gel / acryl? Detalii:</w:t>
      </w:r>
    </w:p>
    <w:p>
      <w:r>
        <w:t>__________________________________________________________________________________________</w:t>
      </w:r>
    </w:p>
    <w:p>
      <w:r>
        <w:t>__________________________________________________________________________________________</w:t>
      </w:r>
    </w:p>
    <w:p>
      <w:r>
        <w:rPr>
          <w:i/>
          <w:sz w:val="22"/>
        </w:rPr>
        <w:t>Reacții adverse anterioare:</w:t>
      </w:r>
    </w:p>
    <w:p>
      <w:r>
        <w:t>__________________________________________________________________________________________</w:t>
      </w:r>
    </w:p>
    <w:p>
      <w:r>
        <w:t>__________________________________________________________________________________________</w:t>
      </w:r>
    </w:p>
    <w:p>
      <w:pPr>
        <w:jc w:val="left"/>
      </w:pPr>
      <w:r>
        <w:rPr>
          <w:b/>
          <w:sz w:val="24"/>
        </w:rPr>
        <w:t>5. Preferințe personale:</w:t>
      </w:r>
    </w:p>
    <w:p>
      <w:r>
        <w:rPr>
          <w:i/>
          <w:sz w:val="22"/>
        </w:rPr>
        <w:t>Formă și lungime preferată:</w:t>
      </w:r>
    </w:p>
    <w:p>
      <w:r>
        <w:t>__________________________________________________________________________________________</w:t>
      </w:r>
    </w:p>
    <w:p>
      <w:r>
        <w:rPr>
          <w:i/>
          <w:sz w:val="22"/>
        </w:rPr>
        <w:t>Culori / efecte / stiluri dorite:</w:t>
      </w:r>
    </w:p>
    <w:p>
      <w:r>
        <w:t>__________________________________________________________________________________________</w:t>
      </w:r>
    </w:p>
    <w:p>
      <w:r>
        <w:rPr>
          <w:i/>
          <w:sz w:val="22"/>
        </w:rPr>
        <w:t>Obiceiuri zilnice relevante (ex: sport, tastat mult etc.):</w:t>
      </w:r>
    </w:p>
    <w:p>
      <w:r>
        <w:t>__________________________________________________________________________________________</w:t>
      </w:r>
    </w:p>
    <w:p>
      <w:r>
        <w:t>__________________________________________________________________________________________</w:t>
      </w:r>
    </w:p>
    <w:p>
      <w:pPr>
        <w:jc w:val="left"/>
      </w:pPr>
      <w:r>
        <w:rPr>
          <w:b/>
          <w:sz w:val="24"/>
        </w:rPr>
        <w:t>6. Acord informat:</w:t>
      </w:r>
    </w:p>
    <w:p>
      <w:r>
        <w:t>Declar că informațiile oferite sunt reale și complete. Am fost informată despre procedura de aplicare a ojei semipermanente, riscuri și contraindicații. Sunt de acord cu prelucrarea datelor mele personale în scopul desfășurării activității. Sunt de acord ca tehnicianul să fotografieze rezultatul lucrării pentru portofoliu, cu condiția ca identitatea mea să nu fie divulgată.</w:t>
      </w:r>
    </w:p>
    <w:p>
      <w:pPr>
        <w:jc w:val="left"/>
      </w:pPr>
      <w:r>
        <w:rPr>
          <w:b/>
          <w:sz w:val="24"/>
        </w:rPr>
        <w:t>7. Semnătura clientei &amp; data completării:</w:t>
      </w:r>
    </w:p>
    <w:p>
      <w:r>
        <w:rPr>
          <w:i/>
          <w:sz w:val="22"/>
        </w:rPr>
        <w:t>Semnătura:</w:t>
      </w:r>
    </w:p>
    <w:p>
      <w:r>
        <w:t>__________________________________________________________________________________________</w:t>
      </w:r>
    </w:p>
    <w:p>
      <w:r>
        <w:t>__________________________________________________________________________________________</w:t>
      </w:r>
    </w:p>
    <w:p>
      <w:r>
        <w:rPr>
          <w:i/>
          <w:sz w:val="22"/>
        </w:rPr>
        <w:t>Data:</w:t>
      </w:r>
    </w:p>
    <w:p>
      <w:r>
        <w:t>__________________________________________________________________________________________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